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7D239" w14:textId="77777777" w:rsidR="00A466B6" w:rsidRDefault="00896192">
      <w:pPr>
        <w:spacing w:after="360"/>
        <w:jc w:val="center"/>
      </w:pPr>
      <w:bookmarkStart w:id="0" w:name="_GoBack"/>
      <w:bookmarkEnd w:id="0"/>
      <w:r>
        <w:rPr>
          <w:noProof/>
          <w:lang w:val="pl-PL" w:eastAsia="pl-PL"/>
        </w:rPr>
        <w:drawing>
          <wp:inline distT="0" distB="0" distL="0" distR="0" wp14:anchorId="3553AB2C" wp14:editId="65DA73F9">
            <wp:extent cx="1224000" cy="544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5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00DC4" w14:textId="77777777" w:rsidR="009A791F" w:rsidRDefault="009A791F" w:rsidP="009A791F">
      <w:pPr>
        <w:spacing w:after="360"/>
      </w:pPr>
    </w:p>
    <w:p w14:paraId="5DA8B1FE" w14:textId="77777777" w:rsidR="00A466B6" w:rsidRDefault="00896192">
      <w:pPr>
        <w:spacing w:before="160" w:after="360" w:line="259" w:lineRule="auto"/>
        <w:jc w:val="center"/>
      </w:pPr>
      <w:r>
        <w:rPr>
          <w:b/>
          <w:color w:val="0B78B5"/>
          <w:sz w:val="25"/>
        </w:rPr>
        <w:t>PORADNIA PSYCHOLOGICZNO-PEDAGOGICZNA W ŁASKU</w:t>
      </w:r>
    </w:p>
    <w:p w14:paraId="68DA33EB" w14:textId="77777777" w:rsidR="009A791F" w:rsidRDefault="009A791F">
      <w:pPr>
        <w:spacing w:after="120" w:line="259" w:lineRule="auto"/>
        <w:jc w:val="center"/>
        <w:rPr>
          <w:b/>
          <w:color w:val="17365D"/>
          <w:sz w:val="64"/>
        </w:rPr>
      </w:pPr>
    </w:p>
    <w:p w14:paraId="2BC13C95" w14:textId="109CC264" w:rsidR="00A466B6" w:rsidRDefault="00896192">
      <w:pPr>
        <w:spacing w:after="120" w:line="259" w:lineRule="auto"/>
        <w:jc w:val="center"/>
      </w:pPr>
      <w:r>
        <w:rPr>
          <w:b/>
          <w:color w:val="17365D"/>
          <w:sz w:val="64"/>
        </w:rPr>
        <w:t>OFERTA ZAJĘĆ</w:t>
      </w:r>
    </w:p>
    <w:p w14:paraId="2F3DFBC4" w14:textId="77777777" w:rsidR="00A466B6" w:rsidRDefault="00896192">
      <w:pPr>
        <w:spacing w:after="180" w:line="259" w:lineRule="auto"/>
        <w:jc w:val="center"/>
      </w:pPr>
      <w:r>
        <w:rPr>
          <w:sz w:val="32"/>
        </w:rPr>
        <w:t>dla nauczycieli, dzieci, uczniów i rodziców</w:t>
      </w:r>
    </w:p>
    <w:p w14:paraId="77F06DA9" w14:textId="77777777" w:rsidR="00A466B6" w:rsidRDefault="00896192">
      <w:pPr>
        <w:spacing w:after="440" w:line="259" w:lineRule="auto"/>
        <w:jc w:val="center"/>
      </w:pPr>
      <w:r>
        <w:rPr>
          <w:b/>
          <w:color w:val="0B78B5"/>
          <w:sz w:val="30"/>
        </w:rPr>
        <w:t>ROK SZKOLNY 2026/2027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 w:rsidR="00A466B6" w14:paraId="33BB2F3F" w14:textId="77777777">
        <w:trPr>
          <w:jc w:val="center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0B78B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D5F8" w14:textId="77777777" w:rsidR="00A466B6" w:rsidRDefault="00A466B6">
            <w:pPr>
              <w:keepLines/>
              <w:spacing w:after="0" w:line="60" w:lineRule="auto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F7C92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6263" w14:textId="77777777" w:rsidR="00A466B6" w:rsidRDefault="00A466B6">
            <w:pPr>
              <w:keepLines/>
              <w:spacing w:after="0" w:line="60" w:lineRule="auto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138A6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73AE5" w14:textId="77777777" w:rsidR="00A466B6" w:rsidRDefault="00A466B6">
            <w:pPr>
              <w:keepLines/>
              <w:spacing w:after="0" w:line="60" w:lineRule="auto"/>
            </w:pPr>
          </w:p>
        </w:tc>
      </w:tr>
    </w:tbl>
    <w:p w14:paraId="2F104560" w14:textId="77777777" w:rsidR="00A466B6" w:rsidRDefault="00A466B6">
      <w:pPr>
        <w:spacing w:after="400"/>
      </w:pPr>
    </w:p>
    <w:p w14:paraId="53248E55" w14:textId="77777777" w:rsidR="00A466B6" w:rsidRDefault="00A466B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A466B6" w14:paraId="09F25B7E" w14:textId="77777777">
        <w:trPr>
          <w:jc w:val="center"/>
        </w:trPr>
        <w:tc>
          <w:tcPr>
            <w:tcW w:w="5018" w:type="dxa"/>
            <w:tcBorders>
              <w:top w:val="single" w:sz="8" w:space="0" w:color="D8E4EC"/>
              <w:left w:val="single" w:sz="8" w:space="0" w:color="D8E4EC"/>
              <w:bottom w:val="single" w:sz="8" w:space="0" w:color="D8E4EC"/>
              <w:right w:val="single" w:sz="8" w:space="0" w:color="D8E4EC"/>
            </w:tcBorders>
            <w:shd w:val="clear" w:color="auto" w:fill="F9FBFD"/>
            <w:tcMar>
              <w:top w:w="140" w:type="dxa"/>
              <w:left w:w="170" w:type="dxa"/>
              <w:bottom w:w="140" w:type="dxa"/>
              <w:right w:w="170" w:type="dxa"/>
            </w:tcMar>
            <w:vAlign w:val="center"/>
          </w:tcPr>
          <w:p w14:paraId="3C753EB4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0B78B5"/>
                <w:sz w:val="17"/>
              </w:rPr>
              <w:t>KONTAKT</w:t>
            </w:r>
          </w:p>
          <w:p w14:paraId="78F34179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sz w:val="20"/>
              </w:rPr>
              <w:t>ul. 9 Maja 33, 98-100 Łask</w:t>
            </w:r>
          </w:p>
          <w:p w14:paraId="2723C71B" w14:textId="77777777" w:rsidR="00A466B6" w:rsidRDefault="00896192">
            <w:pPr>
              <w:keepLines/>
              <w:spacing w:after="60" w:line="259" w:lineRule="auto"/>
            </w:pPr>
            <w:r>
              <w:rPr>
                <w:sz w:val="20"/>
              </w:rPr>
              <w:t>43 675 20 46</w:t>
            </w:r>
          </w:p>
        </w:tc>
        <w:tc>
          <w:tcPr>
            <w:tcW w:w="5018" w:type="dxa"/>
            <w:tcBorders>
              <w:top w:val="single" w:sz="8" w:space="0" w:color="D8E4EC"/>
              <w:left w:val="single" w:sz="8" w:space="0" w:color="D8E4EC"/>
              <w:bottom w:val="single" w:sz="8" w:space="0" w:color="D8E4EC"/>
              <w:right w:val="single" w:sz="8" w:space="0" w:color="D8E4EC"/>
            </w:tcBorders>
            <w:shd w:val="clear" w:color="auto" w:fill="F9FBFD"/>
            <w:tcMar>
              <w:top w:w="140" w:type="dxa"/>
              <w:left w:w="170" w:type="dxa"/>
              <w:bottom w:w="140" w:type="dxa"/>
              <w:right w:w="170" w:type="dxa"/>
            </w:tcMar>
            <w:vAlign w:val="center"/>
          </w:tcPr>
          <w:p w14:paraId="229A0BEF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0B78B5"/>
                <w:sz w:val="17"/>
              </w:rPr>
              <w:t>E-MAIL</w:t>
            </w:r>
          </w:p>
          <w:p w14:paraId="0AC8A15A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sz w:val="20"/>
              </w:rPr>
              <w:t>ppplask@wikom.pl</w:t>
            </w:r>
          </w:p>
          <w:p w14:paraId="4DE29EC9" w14:textId="77777777" w:rsidR="00A466B6" w:rsidRDefault="00896192">
            <w:pPr>
              <w:keepLines/>
              <w:spacing w:after="60" w:line="259" w:lineRule="auto"/>
            </w:pPr>
            <w:r>
              <w:rPr>
                <w:sz w:val="20"/>
              </w:rPr>
              <w:t>Poradnia Psychologiczno-Pedagogiczna w Łasku</w:t>
            </w:r>
          </w:p>
        </w:tc>
      </w:tr>
    </w:tbl>
    <w:p w14:paraId="48F35647" w14:textId="0A81E83C" w:rsidR="00A466B6" w:rsidRDefault="00A466B6"/>
    <w:p w14:paraId="34B70ACF" w14:textId="7D4E9048" w:rsidR="0097131E" w:rsidRDefault="0097131E"/>
    <w:p w14:paraId="4A020BAC" w14:textId="4EF1A89E" w:rsidR="0097131E" w:rsidRDefault="0097131E"/>
    <w:p w14:paraId="27DE9A8E" w14:textId="58F203EB" w:rsidR="0097131E" w:rsidRDefault="0097131E"/>
    <w:p w14:paraId="578D2BF5" w14:textId="49EA0F9A" w:rsidR="0097131E" w:rsidRDefault="0097131E"/>
    <w:p w14:paraId="33655339" w14:textId="43D352F5" w:rsidR="0097131E" w:rsidRDefault="0097131E"/>
    <w:p w14:paraId="1D225527" w14:textId="7C6FB3A3" w:rsidR="0097131E" w:rsidRDefault="0097131E"/>
    <w:p w14:paraId="644B73F7" w14:textId="656AD8F6" w:rsidR="0097131E" w:rsidRDefault="0097131E"/>
    <w:p w14:paraId="4F1236B3" w14:textId="4FA2A35F" w:rsidR="0097131E" w:rsidRDefault="0097131E"/>
    <w:p w14:paraId="2D62622F" w14:textId="50FD3892" w:rsidR="0097131E" w:rsidRDefault="0097131E"/>
    <w:p w14:paraId="1D701A4C" w14:textId="52B43345" w:rsidR="0097131E" w:rsidRDefault="0097131E"/>
    <w:p w14:paraId="661FAD30" w14:textId="3289436F" w:rsidR="0097131E" w:rsidRDefault="0097131E"/>
    <w:p w14:paraId="56ECD03D" w14:textId="020FBB45" w:rsidR="0097131E" w:rsidRDefault="0097131E"/>
    <w:p w14:paraId="308FFD24" w14:textId="31D43365" w:rsidR="0097131E" w:rsidRDefault="0097131E"/>
    <w:p w14:paraId="34C4828F" w14:textId="4E48376E" w:rsidR="0097131E" w:rsidRDefault="0097131E"/>
    <w:p w14:paraId="4383560C" w14:textId="53A96F89" w:rsidR="0097131E" w:rsidRDefault="0097131E"/>
    <w:p w14:paraId="2628AE77" w14:textId="173179C9" w:rsidR="0097131E" w:rsidRDefault="0097131E"/>
    <w:p w14:paraId="6019E0E5" w14:textId="77777777" w:rsidR="0097131E" w:rsidRDefault="0097131E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5018"/>
      </w:tblGrid>
      <w:tr w:rsidR="00A466B6" w14:paraId="3B61B031" w14:textId="77777777">
        <w:trPr>
          <w:jc w:val="center"/>
        </w:trPr>
        <w:tc>
          <w:tcPr>
            <w:tcW w:w="900" w:type="dxa"/>
            <w:tcBorders>
              <w:bottom w:val="single" w:sz="10" w:space="0" w:color="17365D"/>
            </w:tcBorders>
            <w:shd w:val="clear" w:color="auto" w:fill="F7C928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3A41BEEE" w14:textId="77777777" w:rsidR="00A466B6" w:rsidRDefault="00896192">
            <w:pPr>
              <w:keepLines/>
              <w:spacing w:after="60" w:line="259" w:lineRule="auto"/>
              <w:jc w:val="center"/>
            </w:pPr>
            <w:r>
              <w:rPr>
                <w:b/>
                <w:color w:val="17365D"/>
                <w:sz w:val="38"/>
              </w:rPr>
              <w:lastRenderedPageBreak/>
              <w:t>●</w:t>
            </w:r>
          </w:p>
        </w:tc>
        <w:tc>
          <w:tcPr>
            <w:tcW w:w="5018" w:type="dxa"/>
            <w:tcBorders>
              <w:bottom w:val="single" w:sz="10" w:space="0" w:color="17365D"/>
            </w:tcBorders>
            <w:shd w:val="clear" w:color="auto" w:fill="17365D"/>
            <w:tcMar>
              <w:top w:w="145" w:type="dxa"/>
              <w:left w:w="210" w:type="dxa"/>
              <w:bottom w:w="145" w:type="dxa"/>
              <w:right w:w="210" w:type="dxa"/>
            </w:tcMar>
            <w:vAlign w:val="center"/>
          </w:tcPr>
          <w:p w14:paraId="074681D6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F7C928"/>
                <w:sz w:val="19"/>
              </w:rPr>
              <w:t>DLA RODZICÓW</w:t>
            </w:r>
          </w:p>
          <w:p w14:paraId="36EFAC42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FFFFFF"/>
                <w:sz w:val="34"/>
              </w:rPr>
              <w:t>Zajęcia psychoedukacyjne podczas ferii zimowych 2026/2027</w:t>
            </w:r>
          </w:p>
          <w:p w14:paraId="23B03EB0" w14:textId="77777777" w:rsidR="00A466B6" w:rsidRDefault="00896192">
            <w:pPr>
              <w:keepLines/>
              <w:spacing w:after="60" w:line="259" w:lineRule="auto"/>
            </w:pPr>
            <w:r>
              <w:rPr>
                <w:color w:val="FFFFFF"/>
                <w:sz w:val="18"/>
              </w:rPr>
              <w:t>Blok spotkań dla rodziców dzieci z przedszkoli i szkół Powiatu Łaskiego.</w:t>
            </w:r>
          </w:p>
        </w:tc>
      </w:tr>
    </w:tbl>
    <w:p w14:paraId="2DB121DE" w14:textId="77777777" w:rsidR="00A466B6" w:rsidRDefault="00A466B6">
      <w:pPr>
        <w:spacing w:after="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6"/>
      </w:tblGrid>
      <w:tr w:rsidR="00A466B6" w14:paraId="13ED4851" w14:textId="77777777">
        <w:tc>
          <w:tcPr>
            <w:tcW w:w="10036" w:type="dxa"/>
            <w:tcBorders>
              <w:top w:val="single" w:sz="6" w:space="0" w:color="F7C928"/>
              <w:left w:val="single" w:sz="20" w:space="0" w:color="F7C928"/>
              <w:bottom w:val="single" w:sz="6" w:space="0" w:color="F7C928"/>
              <w:right w:val="single" w:sz="6" w:space="0" w:color="F7C928"/>
            </w:tcBorders>
            <w:shd w:val="clear" w:color="auto" w:fill="FFF9DF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7F6D01DC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17365D"/>
                <w:sz w:val="20"/>
              </w:rPr>
              <w:t>Prosimy o zapoznanie się z tematyką i harmonogramem spotkań z rodzicami oraz przekazanie informacji rodzicom. Informacje o zgłoszeniach na wybraną formę zajęć prosimy kierować do osoby prowadzącej spotkanie na 2 tygodnie przed terminem.</w:t>
            </w:r>
          </w:p>
        </w:tc>
      </w:tr>
    </w:tbl>
    <w:p w14:paraId="10FBF46A" w14:textId="77777777" w:rsidR="00A466B6" w:rsidRDefault="00A466B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466B6" w14:paraId="3A0892A1" w14:textId="77777777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2CDC47B2" w14:textId="307BF353" w:rsidR="00A466B6" w:rsidRDefault="00896192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Zaburzenia depresyjne wśród dzieci i młodzieży</w:t>
            </w:r>
            <w:r w:rsidR="00B17F0A">
              <w:rPr>
                <w:b/>
                <w:color w:val="17365D"/>
                <w:sz w:val="22"/>
              </w:rPr>
              <w:t>.</w:t>
            </w:r>
          </w:p>
          <w:p w14:paraId="19B7528E" w14:textId="77777777" w:rsidR="00A466B6" w:rsidRDefault="00896192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dzieci klas VI-VIII oraz szkół ponadpostawowych</w:t>
            </w:r>
          </w:p>
          <w:p w14:paraId="28E6D1BA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18.01.2027 r. • godz. 16:30 • prowadząca: Aleksandra Szkudlarek</w:t>
            </w:r>
          </w:p>
        </w:tc>
      </w:tr>
    </w:tbl>
    <w:p w14:paraId="75EDFDF5" w14:textId="77777777" w:rsidR="00A466B6" w:rsidRDefault="00A466B6">
      <w:pPr>
        <w:spacing w:after="0" w:line="19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B17F0A" w14:paraId="4F38600C" w14:textId="77777777" w:rsidTr="006F5FC0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58636C76" w14:textId="1E327977" w:rsidR="00B17F0A" w:rsidRDefault="00B17F0A" w:rsidP="006F5FC0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Dziecko w pułapce scrolla – co TikTok i social media robią z młodym mózgiem?</w:t>
            </w:r>
          </w:p>
          <w:p w14:paraId="7944C8D3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uczniów klas I-VI</w:t>
            </w:r>
          </w:p>
          <w:p w14:paraId="5ED93E50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19.01.2027 r. • godz. 16:30 • prowadząca: Agnieszka Smolarek</w:t>
            </w:r>
          </w:p>
        </w:tc>
      </w:tr>
    </w:tbl>
    <w:p w14:paraId="1453BFEE" w14:textId="77777777" w:rsidR="00A466B6" w:rsidRDefault="00A466B6">
      <w:pPr>
        <w:spacing w:after="0" w:line="19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466B6" w14:paraId="14D54137" w14:textId="77777777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6BF6CD13" w14:textId="18D52081" w:rsidR="00A466B6" w:rsidRDefault="00896192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Rozwój małego dziecka – obserwuje i reaguje</w:t>
            </w:r>
            <w:r w:rsidR="00B17F0A">
              <w:rPr>
                <w:b/>
                <w:color w:val="17365D"/>
                <w:sz w:val="22"/>
              </w:rPr>
              <w:t>.</w:t>
            </w:r>
          </w:p>
          <w:p w14:paraId="762633E8" w14:textId="77777777" w:rsidR="00A466B6" w:rsidRDefault="00896192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i opiekunowie dzieci w wieku 0-3</w:t>
            </w:r>
          </w:p>
          <w:p w14:paraId="32A23B9A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20.01.2027 r. • godz. 16:30 • prowadząca: Magdalena Rybińska</w:t>
            </w:r>
          </w:p>
        </w:tc>
      </w:tr>
    </w:tbl>
    <w:p w14:paraId="54338C48" w14:textId="77777777" w:rsidR="00A466B6" w:rsidRDefault="00A466B6">
      <w:pPr>
        <w:spacing w:after="0" w:line="19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466B6" w14:paraId="5DA44984" w14:textId="77777777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589993ED" w14:textId="434CBF31" w:rsidR="00A466B6" w:rsidRPr="0097131E" w:rsidRDefault="00896192">
            <w:pPr>
              <w:keepLines/>
              <w:spacing w:after="100" w:line="259" w:lineRule="auto"/>
              <w:rPr>
                <w:color w:val="FF0000"/>
                <w:sz w:val="40"/>
                <w:szCs w:val="40"/>
              </w:rPr>
            </w:pPr>
            <w:r w:rsidRPr="0097131E">
              <w:rPr>
                <w:b/>
                <w:color w:val="FF0000"/>
                <w:sz w:val="40"/>
                <w:szCs w:val="40"/>
              </w:rPr>
              <w:t>Jak pomóc dziecku w radzeniu sobie z emocjami</w:t>
            </w:r>
            <w:r w:rsidR="00B17F0A" w:rsidRPr="0097131E">
              <w:rPr>
                <w:b/>
                <w:color w:val="FF0000"/>
                <w:sz w:val="40"/>
                <w:szCs w:val="40"/>
              </w:rPr>
              <w:t>?</w:t>
            </w:r>
          </w:p>
          <w:p w14:paraId="16CCC8E9" w14:textId="77777777" w:rsidR="00A466B6" w:rsidRPr="0097131E" w:rsidRDefault="00896192">
            <w:pPr>
              <w:keepLines/>
              <w:spacing w:after="60" w:line="259" w:lineRule="auto"/>
              <w:rPr>
                <w:color w:val="FF0000"/>
                <w:sz w:val="40"/>
                <w:szCs w:val="40"/>
              </w:rPr>
            </w:pPr>
            <w:r w:rsidRPr="0097131E">
              <w:rPr>
                <w:color w:val="FF0000"/>
                <w:sz w:val="40"/>
                <w:szCs w:val="40"/>
              </w:rPr>
              <w:t>Odbiorcy: rodzice i opiekunowie dzieci w wieku przedszkolnym</w:t>
            </w:r>
          </w:p>
          <w:p w14:paraId="49445601" w14:textId="77777777" w:rsidR="00A466B6" w:rsidRDefault="00896192">
            <w:pPr>
              <w:keepLines/>
              <w:spacing w:after="60" w:line="259" w:lineRule="auto"/>
            </w:pPr>
            <w:r w:rsidRPr="0097131E">
              <w:rPr>
                <w:b/>
                <w:color w:val="FF0000"/>
                <w:sz w:val="40"/>
                <w:szCs w:val="40"/>
              </w:rPr>
              <w:t>20.01.2027 r. • godz. 17:30 • prowadząca: Magdalena Rybińska</w:t>
            </w:r>
          </w:p>
        </w:tc>
      </w:tr>
    </w:tbl>
    <w:p w14:paraId="02A52F0A" w14:textId="77777777" w:rsidR="00A466B6" w:rsidRDefault="00A466B6">
      <w:pPr>
        <w:spacing w:after="0" w:line="19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B17F0A" w14:paraId="09082737" w14:textId="77777777" w:rsidTr="006F5FC0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7D155012" w14:textId="724F9BD5" w:rsidR="00B17F0A" w:rsidRDefault="00B17F0A" w:rsidP="006F5FC0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O skutecznej komunikacji.</w:t>
            </w:r>
          </w:p>
          <w:p w14:paraId="35ADB82D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uczniów klas I-VI</w:t>
            </w:r>
          </w:p>
          <w:p w14:paraId="647F7714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21.01.2027 r. • godz. 16:30 • prowadząca: Katarzyna Andrzejewska</w:t>
            </w:r>
          </w:p>
        </w:tc>
      </w:tr>
    </w:tbl>
    <w:p w14:paraId="0A9A5A64" w14:textId="77777777" w:rsidR="00B17F0A" w:rsidRDefault="00B17F0A">
      <w:pPr>
        <w:spacing w:after="0" w:line="192" w:lineRule="auto"/>
      </w:pPr>
    </w:p>
    <w:p w14:paraId="160A3D32" w14:textId="77777777" w:rsidR="00A466B6" w:rsidRDefault="00896192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5018"/>
      </w:tblGrid>
      <w:tr w:rsidR="00A466B6" w14:paraId="605E814F" w14:textId="77777777">
        <w:trPr>
          <w:jc w:val="center"/>
        </w:trPr>
        <w:tc>
          <w:tcPr>
            <w:tcW w:w="900" w:type="dxa"/>
            <w:tcBorders>
              <w:bottom w:val="single" w:sz="10" w:space="0" w:color="17365D"/>
            </w:tcBorders>
            <w:shd w:val="clear" w:color="auto" w:fill="F7C928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21DA613D" w14:textId="77777777" w:rsidR="00A466B6" w:rsidRDefault="00896192">
            <w:pPr>
              <w:keepLines/>
              <w:spacing w:after="60" w:line="259" w:lineRule="auto"/>
              <w:jc w:val="center"/>
            </w:pPr>
            <w:r>
              <w:rPr>
                <w:b/>
                <w:color w:val="17365D"/>
                <w:sz w:val="38"/>
              </w:rPr>
              <w:lastRenderedPageBreak/>
              <w:t>●</w:t>
            </w:r>
          </w:p>
        </w:tc>
        <w:tc>
          <w:tcPr>
            <w:tcW w:w="5018" w:type="dxa"/>
            <w:tcBorders>
              <w:bottom w:val="single" w:sz="10" w:space="0" w:color="17365D"/>
            </w:tcBorders>
            <w:shd w:val="clear" w:color="auto" w:fill="17365D"/>
            <w:tcMar>
              <w:top w:w="145" w:type="dxa"/>
              <w:left w:w="210" w:type="dxa"/>
              <w:bottom w:w="145" w:type="dxa"/>
              <w:right w:w="210" w:type="dxa"/>
            </w:tcMar>
            <w:vAlign w:val="center"/>
          </w:tcPr>
          <w:p w14:paraId="51D122DF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F7C928"/>
                <w:sz w:val="19"/>
              </w:rPr>
              <w:t>DLA RODZICÓW</w:t>
            </w:r>
          </w:p>
          <w:p w14:paraId="5F33AA50" w14:textId="77777777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FFFFFF"/>
                <w:sz w:val="34"/>
              </w:rPr>
              <w:t>Ferie zimowe 2026/2027 – harmonogram</w:t>
            </w:r>
          </w:p>
          <w:p w14:paraId="5C19AF14" w14:textId="77777777" w:rsidR="00A466B6" w:rsidRDefault="00896192">
            <w:pPr>
              <w:keepLines/>
              <w:spacing w:after="60" w:line="259" w:lineRule="auto"/>
            </w:pPr>
            <w:r>
              <w:rPr>
                <w:color w:val="FFFFFF"/>
                <w:sz w:val="18"/>
              </w:rPr>
              <w:t>Ciąg dalszy oferty spotkań psychoedukacyjnych.</w:t>
            </w:r>
          </w:p>
        </w:tc>
      </w:tr>
    </w:tbl>
    <w:p w14:paraId="249394E2" w14:textId="77777777" w:rsidR="00A466B6" w:rsidRDefault="00A466B6">
      <w:pPr>
        <w:spacing w:after="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B17F0A" w14:paraId="43CC8FBC" w14:textId="77777777" w:rsidTr="006F5FC0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2457BA3E" w14:textId="77777777" w:rsidR="00B17F0A" w:rsidRDefault="00B17F0A" w:rsidP="006F5FC0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Źródła, przyczyny i możliwe skutki agresywnych zachowań wśród młodzieży.</w:t>
            </w:r>
          </w:p>
          <w:p w14:paraId="54909505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uczniów klas IV-VI</w:t>
            </w:r>
          </w:p>
          <w:p w14:paraId="49B1C482" w14:textId="77777777" w:rsidR="00B17F0A" w:rsidRDefault="00B17F0A" w:rsidP="006F5FC0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25.01.2027 r. • godz. 16:30 • prowadząca: Monika Skurpel</w:t>
            </w:r>
          </w:p>
        </w:tc>
      </w:tr>
    </w:tbl>
    <w:p w14:paraId="4D244A18" w14:textId="77777777" w:rsidR="00B17F0A" w:rsidRPr="00B17F0A" w:rsidRDefault="00B17F0A">
      <w:pPr>
        <w:spacing w:after="20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466B6" w14:paraId="4A8FD486" w14:textId="77777777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4CC36C21" w14:textId="6895E266" w:rsidR="00A466B6" w:rsidRDefault="00FE7D1D">
            <w:pPr>
              <w:keepLines/>
              <w:spacing w:after="100" w:line="259" w:lineRule="auto"/>
            </w:pPr>
            <w:r>
              <w:rPr>
                <w:b/>
                <w:color w:val="17365D"/>
                <w:sz w:val="22"/>
              </w:rPr>
              <w:t>Wspieranie dziecka w nauce – od przymusu do wewnętrznej motywacji</w:t>
            </w:r>
            <w:r w:rsidR="00B17F0A">
              <w:rPr>
                <w:b/>
                <w:color w:val="17365D"/>
                <w:sz w:val="22"/>
              </w:rPr>
              <w:t>.</w:t>
            </w:r>
          </w:p>
          <w:p w14:paraId="00181984" w14:textId="77777777" w:rsidR="00A466B6" w:rsidRDefault="00896192">
            <w:pPr>
              <w:keepLines/>
              <w:spacing w:after="60" w:line="259" w:lineRule="auto"/>
            </w:pPr>
            <w:r>
              <w:rPr>
                <w:color w:val="5C6F82"/>
                <w:sz w:val="19"/>
              </w:rPr>
              <w:t>Odbiorcy: rodzice uczniów klas I-V</w:t>
            </w:r>
          </w:p>
          <w:p w14:paraId="3797832B" w14:textId="06DE5050" w:rsidR="00A466B6" w:rsidRDefault="00896192">
            <w:pPr>
              <w:keepLines/>
              <w:spacing w:after="60" w:line="259" w:lineRule="auto"/>
            </w:pPr>
            <w:r>
              <w:rPr>
                <w:b/>
                <w:color w:val="0B78B5"/>
                <w:sz w:val="19"/>
              </w:rPr>
              <w:t>26.01.202</w:t>
            </w:r>
            <w:r w:rsidR="00FD0A9F">
              <w:rPr>
                <w:b/>
                <w:color w:val="0B78B5"/>
                <w:sz w:val="19"/>
              </w:rPr>
              <w:t>7</w:t>
            </w:r>
            <w:r>
              <w:rPr>
                <w:b/>
                <w:color w:val="0B78B5"/>
                <w:sz w:val="19"/>
              </w:rPr>
              <w:t xml:space="preserve"> r. • godz. 16:30 • prowadząca: Barbara Orłowska</w:t>
            </w:r>
          </w:p>
        </w:tc>
      </w:tr>
    </w:tbl>
    <w:p w14:paraId="16CDFA04" w14:textId="77777777" w:rsidR="00A466B6" w:rsidRDefault="00A466B6">
      <w:pPr>
        <w:spacing w:after="0" w:line="19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466B6" w14:paraId="58A4C27D" w14:textId="77777777">
        <w:trPr>
          <w:jc w:val="center"/>
        </w:trPr>
        <w:tc>
          <w:tcPr>
            <w:tcW w:w="10036" w:type="dxa"/>
            <w:tcBorders>
              <w:top w:val="single" w:sz="5" w:space="0" w:color="D8E4EC"/>
              <w:left w:val="single" w:sz="28" w:space="0" w:color="17365D"/>
              <w:bottom w:val="single" w:sz="5" w:space="0" w:color="D8E4EC"/>
              <w:right w:val="single" w:sz="5" w:space="0" w:color="D8E4EC"/>
            </w:tcBorders>
            <w:shd w:val="clear" w:color="auto" w:fill="FFFFFF"/>
            <w:tcMar>
              <w:top w:w="125" w:type="dxa"/>
              <w:left w:w="180" w:type="dxa"/>
              <w:bottom w:w="125" w:type="dxa"/>
              <w:right w:w="180" w:type="dxa"/>
            </w:tcMar>
            <w:vAlign w:val="center"/>
          </w:tcPr>
          <w:p w14:paraId="76FD237F" w14:textId="591B6414" w:rsidR="00A466B6" w:rsidRPr="0097131E" w:rsidRDefault="00896192">
            <w:pPr>
              <w:keepLines/>
              <w:spacing w:after="100" w:line="259" w:lineRule="auto"/>
              <w:rPr>
                <w:color w:val="FF0000"/>
                <w:sz w:val="40"/>
                <w:szCs w:val="40"/>
              </w:rPr>
            </w:pPr>
            <w:r w:rsidRPr="0097131E">
              <w:rPr>
                <w:b/>
                <w:color w:val="FF0000"/>
                <w:sz w:val="40"/>
                <w:szCs w:val="40"/>
              </w:rPr>
              <w:t>10 minut dziennie, które może zrobić różnicę – jak wspierać rozwój mowy dziecka w domu</w:t>
            </w:r>
            <w:r w:rsidR="00B17F0A" w:rsidRPr="0097131E">
              <w:rPr>
                <w:b/>
                <w:color w:val="FF0000"/>
                <w:sz w:val="40"/>
                <w:szCs w:val="40"/>
              </w:rPr>
              <w:t>?</w:t>
            </w:r>
          </w:p>
          <w:p w14:paraId="6847BA3E" w14:textId="77777777" w:rsidR="00A466B6" w:rsidRPr="0097131E" w:rsidRDefault="00896192">
            <w:pPr>
              <w:keepLines/>
              <w:spacing w:after="60" w:line="259" w:lineRule="auto"/>
              <w:rPr>
                <w:color w:val="FF0000"/>
                <w:sz w:val="40"/>
                <w:szCs w:val="40"/>
              </w:rPr>
            </w:pPr>
            <w:r w:rsidRPr="0097131E">
              <w:rPr>
                <w:color w:val="FF0000"/>
                <w:sz w:val="40"/>
                <w:szCs w:val="40"/>
              </w:rPr>
              <w:t>Odbiorcy: rodzice dzieci w wieku przedszkolnym</w:t>
            </w:r>
          </w:p>
          <w:p w14:paraId="22C0C726" w14:textId="6CA0B1BB" w:rsidR="00A466B6" w:rsidRDefault="00605FD5">
            <w:pPr>
              <w:keepLines/>
              <w:spacing w:after="60" w:line="259" w:lineRule="auto"/>
            </w:pPr>
            <w:r w:rsidRPr="0097131E">
              <w:rPr>
                <w:b/>
                <w:color w:val="FF0000"/>
                <w:sz w:val="40"/>
                <w:szCs w:val="40"/>
              </w:rPr>
              <w:t>29.01.2027 r. • godz. 17:00 • prowadząca: Natalia Kaciupska</w:t>
            </w:r>
          </w:p>
        </w:tc>
      </w:tr>
    </w:tbl>
    <w:p w14:paraId="43C60C67" w14:textId="77777777" w:rsidR="00A466B6" w:rsidRDefault="00A466B6">
      <w:pPr>
        <w:spacing w:after="0" w:line="192" w:lineRule="auto"/>
      </w:pPr>
    </w:p>
    <w:p w14:paraId="6D3D24E2" w14:textId="77777777" w:rsidR="00A466B6" w:rsidRDefault="00A466B6">
      <w:pPr>
        <w:spacing w:after="0" w:line="192" w:lineRule="auto"/>
      </w:pPr>
    </w:p>
    <w:p w14:paraId="5DBCDF7F" w14:textId="77777777" w:rsidR="00A466B6" w:rsidRDefault="00A466B6">
      <w:pPr>
        <w:spacing w:after="240"/>
      </w:pPr>
    </w:p>
    <w:p w14:paraId="52EAE6A8" w14:textId="77777777" w:rsidR="009A791F" w:rsidRDefault="009A791F">
      <w:pPr>
        <w:spacing w:after="240"/>
      </w:pPr>
    </w:p>
    <w:p w14:paraId="19E1C27E" w14:textId="77777777" w:rsidR="00B17F0A" w:rsidRDefault="00B17F0A">
      <w:pPr>
        <w:spacing w:after="240"/>
      </w:pPr>
    </w:p>
    <w:p w14:paraId="66C926A3" w14:textId="77777777" w:rsidR="00B17F0A" w:rsidRDefault="00B17F0A">
      <w:pPr>
        <w:spacing w:after="240"/>
      </w:pPr>
    </w:p>
    <w:p w14:paraId="13539B65" w14:textId="77777777" w:rsidR="00B17F0A" w:rsidRDefault="00B17F0A">
      <w:pPr>
        <w:spacing w:after="240"/>
      </w:pPr>
    </w:p>
    <w:p w14:paraId="31B6A5DC" w14:textId="77777777" w:rsidR="00B17F0A" w:rsidRDefault="00B17F0A">
      <w:pPr>
        <w:spacing w:after="24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36"/>
      </w:tblGrid>
      <w:tr w:rsidR="00A466B6" w14:paraId="6E2058C2" w14:textId="77777777">
        <w:tc>
          <w:tcPr>
            <w:tcW w:w="10036" w:type="dxa"/>
            <w:tcBorders>
              <w:top w:val="single" w:sz="6" w:space="0" w:color="F7C928"/>
              <w:left w:val="single" w:sz="20" w:space="0" w:color="F7C928"/>
              <w:bottom w:val="single" w:sz="6" w:space="0" w:color="F7C928"/>
              <w:right w:val="single" w:sz="6" w:space="0" w:color="F7C928"/>
            </w:tcBorders>
            <w:shd w:val="clear" w:color="auto" w:fill="17365D"/>
            <w:tcMar>
              <w:top w:w="160" w:type="dxa"/>
              <w:left w:w="200" w:type="dxa"/>
              <w:bottom w:w="160" w:type="dxa"/>
              <w:right w:w="200" w:type="dxa"/>
            </w:tcMar>
            <w:vAlign w:val="center"/>
          </w:tcPr>
          <w:p w14:paraId="31D6EC78" w14:textId="77777777" w:rsidR="00A466B6" w:rsidRDefault="00896192">
            <w:pPr>
              <w:keepLines/>
              <w:spacing w:after="60" w:line="259" w:lineRule="auto"/>
              <w:jc w:val="center"/>
            </w:pPr>
            <w:r>
              <w:rPr>
                <w:b/>
                <w:color w:val="FFFFFF"/>
                <w:sz w:val="20"/>
              </w:rPr>
              <w:t>ZAPRASZAMY DO WSPÓŁPRACY</w:t>
            </w:r>
          </w:p>
          <w:p w14:paraId="1D3A8F90" w14:textId="77777777" w:rsidR="00A466B6" w:rsidRDefault="00896192">
            <w:pPr>
              <w:keepLines/>
              <w:spacing w:after="60" w:line="259" w:lineRule="auto"/>
              <w:jc w:val="center"/>
            </w:pPr>
            <w:r>
              <w:rPr>
                <w:color w:val="FFFFFF"/>
                <w:sz w:val="20"/>
              </w:rPr>
              <w:t>Poradnia Psychologiczno-Pedagogiczna w Łasku</w:t>
            </w:r>
          </w:p>
          <w:p w14:paraId="6AA2443A" w14:textId="77777777" w:rsidR="00A466B6" w:rsidRDefault="00896192">
            <w:pPr>
              <w:keepLines/>
              <w:spacing w:after="60" w:line="259" w:lineRule="auto"/>
              <w:jc w:val="center"/>
            </w:pPr>
            <w:r>
              <w:rPr>
                <w:color w:val="FFFFFF"/>
                <w:sz w:val="20"/>
              </w:rPr>
              <w:t>ul. 9 Maja 33, 98-100 Łask  •  43 675 20 46  •  ppplask@wikom.pl</w:t>
            </w:r>
          </w:p>
        </w:tc>
      </w:tr>
    </w:tbl>
    <w:p w14:paraId="69F9F5B2" w14:textId="77777777" w:rsidR="000633F4" w:rsidRDefault="000633F4"/>
    <w:sectPr w:rsidR="000633F4" w:rsidSect="00034616">
      <w:footerReference w:type="default" r:id="rId9"/>
      <w:pgSz w:w="11906" w:h="16838"/>
      <w:pgMar w:top="835" w:right="893" w:bottom="835" w:left="893" w:header="36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2740A" w14:textId="77777777" w:rsidR="00567D6D" w:rsidRDefault="00567D6D">
      <w:pPr>
        <w:spacing w:after="0" w:line="240" w:lineRule="auto"/>
      </w:pPr>
      <w:r>
        <w:separator/>
      </w:r>
    </w:p>
  </w:endnote>
  <w:endnote w:type="continuationSeparator" w:id="0">
    <w:p w14:paraId="025BA617" w14:textId="77777777" w:rsidR="00567D6D" w:rsidRDefault="0056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7BF0A" w14:textId="77777777" w:rsidR="00A466B6" w:rsidRDefault="00896192">
    <w:pPr>
      <w:pStyle w:val="Stopka"/>
      <w:spacing w:after="60" w:line="259" w:lineRule="auto"/>
      <w:jc w:val="center"/>
    </w:pPr>
    <w:r>
      <w:rPr>
        <w:color w:val="5C6F82"/>
        <w:sz w:val="16"/>
      </w:rPr>
      <w:t>Poradnia Psychologiczno-Pedagogiczna w Łasku  •  Oferta 2026/2027</w:t>
    </w:r>
  </w:p>
  <w:p w14:paraId="1C98C684" w14:textId="69FD8C81" w:rsidR="00A466B6" w:rsidRDefault="00896192">
    <w:pPr>
      <w:spacing w:after="60" w:line="259" w:lineRule="auto"/>
      <w:jc w:val="center"/>
    </w:pPr>
    <w:r>
      <w:rPr>
        <w:color w:val="5C6F82"/>
        <w:sz w:val="16"/>
      </w:rPr>
      <w:t xml:space="preserve">str. </w:t>
    </w:r>
    <w:r>
      <w:fldChar w:fldCharType="begin"/>
    </w:r>
    <w:r>
      <w:instrText>PAGE</w:instrText>
    </w:r>
    <w:r>
      <w:fldChar w:fldCharType="separate"/>
    </w:r>
    <w:r w:rsidR="00763E7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8B16B" w14:textId="77777777" w:rsidR="00567D6D" w:rsidRDefault="00567D6D">
      <w:pPr>
        <w:spacing w:after="0" w:line="240" w:lineRule="auto"/>
      </w:pPr>
      <w:r>
        <w:separator/>
      </w:r>
    </w:p>
  </w:footnote>
  <w:footnote w:type="continuationSeparator" w:id="0">
    <w:p w14:paraId="4115C31A" w14:textId="77777777" w:rsidR="00567D6D" w:rsidRDefault="00567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33F4"/>
    <w:rsid w:val="0014360D"/>
    <w:rsid w:val="0015074B"/>
    <w:rsid w:val="0029639D"/>
    <w:rsid w:val="002A20AB"/>
    <w:rsid w:val="002C5414"/>
    <w:rsid w:val="00326F90"/>
    <w:rsid w:val="003C0363"/>
    <w:rsid w:val="00567D6D"/>
    <w:rsid w:val="005A1C0B"/>
    <w:rsid w:val="00605FD5"/>
    <w:rsid w:val="00674458"/>
    <w:rsid w:val="006E648D"/>
    <w:rsid w:val="00763E7F"/>
    <w:rsid w:val="00896192"/>
    <w:rsid w:val="0097131E"/>
    <w:rsid w:val="009A791F"/>
    <w:rsid w:val="009C142A"/>
    <w:rsid w:val="00A466B6"/>
    <w:rsid w:val="00AA1D8D"/>
    <w:rsid w:val="00AF0416"/>
    <w:rsid w:val="00B17F0A"/>
    <w:rsid w:val="00B47730"/>
    <w:rsid w:val="00C17C39"/>
    <w:rsid w:val="00CB0664"/>
    <w:rsid w:val="00DF0BA4"/>
    <w:rsid w:val="00E15DE1"/>
    <w:rsid w:val="00FC693F"/>
    <w:rsid w:val="00FD0A9F"/>
    <w:rsid w:val="00FE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F97AB"/>
  <w14:defaultImageDpi w14:val="300"/>
  <w15:docId w15:val="{ADDF31BD-8C60-4E02-8F71-F2081E281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/>
      <w:color w:val="26384A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60" w:after="160"/>
      <w:outlineLvl w:val="0"/>
    </w:pPr>
    <w:rPr>
      <w:rFonts w:asciiTheme="majorHAnsi" w:eastAsiaTheme="majorEastAsia" w:hAnsiTheme="majorHAnsi" w:cstheme="majorBidi"/>
      <w:b/>
      <w:bCs/>
      <w:color w:val="17365D"/>
      <w:sz w:val="4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60" w:after="160"/>
      <w:outlineLvl w:val="1"/>
    </w:pPr>
    <w:rPr>
      <w:rFonts w:asciiTheme="majorHAnsi" w:eastAsiaTheme="majorEastAsia" w:hAnsiTheme="majorHAnsi" w:cstheme="majorBidi"/>
      <w:b/>
      <w:bCs/>
      <w:color w:val="1677B8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160" w:after="16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5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0AD443-BD74-42BB-B615-8A6A8F12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Oferta zajęć PPP w Łasku 2026/2027</vt:lpstr>
      <vt:lpstr/>
    </vt:vector>
  </TitlesOfParts>
  <Manager/>
  <Company/>
  <LinksUpToDate>false</LinksUpToDate>
  <CharactersWithSpaces>2244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zajęć PPP w Łasku 2026/2027</dc:title>
  <dc:subject>Oferta dla nauczycieli, specjalistów, dzieci, uczniów i rodziców</dc:subject>
  <dc:creator>python-docx</dc:creator>
  <cp:keywords/>
  <dc:description>generated by python-docx</dc:description>
  <cp:lastModifiedBy>Admin</cp:lastModifiedBy>
  <cp:revision>2</cp:revision>
  <dcterms:created xsi:type="dcterms:W3CDTF">2026-09-11T06:32:00Z</dcterms:created>
  <dcterms:modified xsi:type="dcterms:W3CDTF">2026-09-11T06:32:00Z</dcterms:modified>
  <cp:category/>
</cp:coreProperties>
</file>